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8BF91" w14:textId="76AB1148" w:rsidR="001A5A0C" w:rsidRPr="00B414C5" w:rsidRDefault="001A5A0C">
      <w:pPr>
        <w:jc w:val="center"/>
        <w:rPr>
          <w:rFonts w:asciiTheme="majorHAnsi" w:hAnsiTheme="majorHAnsi" w:cstheme="majorHAnsi"/>
        </w:rPr>
      </w:pPr>
    </w:p>
    <w:p w14:paraId="0CA9E04A" w14:textId="77777777" w:rsidR="001A5A0C" w:rsidRPr="003964D7" w:rsidRDefault="00000000">
      <w:pPr>
        <w:pStyle w:val="Heading1"/>
        <w:rPr>
          <w:rFonts w:cstheme="majorHAnsi"/>
          <w:color w:val="E36C0A" w:themeColor="accent6" w:themeShade="BF"/>
          <w:sz w:val="36"/>
          <w:szCs w:val="36"/>
          <w:lang w:val="nl-NL"/>
        </w:rPr>
      </w:pPr>
      <w:r w:rsidRPr="003964D7">
        <w:rPr>
          <w:rFonts w:cstheme="majorHAnsi"/>
          <w:color w:val="E36C0A" w:themeColor="accent6" w:themeShade="BF"/>
          <w:sz w:val="36"/>
          <w:szCs w:val="36"/>
          <w:lang w:val="nl-NL"/>
        </w:rPr>
        <w:t>Briefingformulier voor Marketingprojecten</w:t>
      </w:r>
    </w:p>
    <w:p w14:paraId="6C0E3CB7" w14:textId="77777777" w:rsidR="001A5A0C" w:rsidRPr="00B414C5" w:rsidRDefault="00000000">
      <w:pPr>
        <w:rPr>
          <w:rFonts w:asciiTheme="majorHAnsi" w:hAnsiTheme="majorHAnsi" w:cstheme="majorHAnsi"/>
          <w:lang w:val="nl-NL"/>
        </w:rPr>
      </w:pPr>
      <w:r w:rsidRPr="00B414C5">
        <w:rPr>
          <w:rFonts w:asciiTheme="majorHAnsi" w:hAnsiTheme="majorHAnsi" w:cstheme="majorHAnsi"/>
          <w:lang w:val="nl-NL"/>
        </w:rPr>
        <w:t>Gebruik dit formulier om jouw briefing scherp, volledig en inspirerend te maken. Een goede briefing is de start van een succesvolle campagne, actie of contentproductie.</w:t>
      </w:r>
    </w:p>
    <w:p w14:paraId="591BADAE" w14:textId="77777777" w:rsidR="00697646" w:rsidRPr="00B414C5" w:rsidRDefault="00697646">
      <w:pPr>
        <w:rPr>
          <w:rFonts w:asciiTheme="majorHAnsi" w:hAnsiTheme="majorHAnsi" w:cstheme="majorHAnsi"/>
          <w:lang w:val="nl-NL"/>
        </w:rPr>
      </w:pPr>
    </w:p>
    <w:p w14:paraId="7087451D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Wie is jouw publiek? </w:t>
      </w:r>
    </w:p>
    <w:p w14:paraId="5FCFD2CE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07350F0" w14:textId="259BA9DA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Bestaande klanten, leads,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prospects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, Trade partners? </w:t>
      </w:r>
    </w:p>
    <w:p w14:paraId="504EB8D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1CBD9FE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2F4D424" w14:textId="42D71508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Wat houdt hen wakker? Wat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triggert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hen?</w:t>
      </w:r>
    </w:p>
    <w:p w14:paraId="171732A9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88C045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757B3175" w14:textId="7715B6EA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Wat is de kernbehoefte van jouw publiek? Hoe kun je die behoefte vervullen?</w:t>
      </w:r>
    </w:p>
    <w:p w14:paraId="4F6BF18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745B6ABD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1225412E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Wat is je doel? </w:t>
      </w:r>
    </w:p>
    <w:p w14:paraId="03CDFCA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A4235F0" w14:textId="320BA537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Leads genereren? Awareness creëren? Verkoop stimuleren?</w:t>
      </w:r>
    </w:p>
    <w:p w14:paraId="553B8178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A2B769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91C02D2" w14:textId="106386EA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Maak je doel SMART: Specifiek, Meetbaar, Acceptabel, Realistisch, Tijdgebonden)</w:t>
      </w:r>
    </w:p>
    <w:p w14:paraId="228DB65E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17A11A0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2A4E277" w14:textId="66E2B6DA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Waarom is dit belangrijk voor de organisatie?</w:t>
      </w:r>
    </w:p>
    <w:p w14:paraId="359F88E9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6A90E790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lastRenderedPageBreak/>
        <w:t xml:space="preserve">Wat is je aanbod? </w:t>
      </w:r>
    </w:p>
    <w:p w14:paraId="71AC8C68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4107493" w14:textId="70791F24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Gaat het om een specifiek product of dienst?</w:t>
      </w:r>
    </w:p>
    <w:p w14:paraId="460AD60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1AB3F0B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6550F82" w14:textId="03935404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Wat zijn de Unique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Selling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Points?</w:t>
      </w:r>
    </w:p>
    <w:p w14:paraId="22D86E4F" w14:textId="77777777" w:rsidR="00ED62CB" w:rsidRPr="00B414C5" w:rsidRDefault="00ED62CB" w:rsidP="00ED62CB">
      <w:pPr>
        <w:rPr>
          <w:rFonts w:asciiTheme="majorHAnsi" w:hAnsiTheme="majorHAnsi" w:cstheme="majorHAnsi"/>
        </w:rPr>
      </w:pPr>
    </w:p>
    <w:p w14:paraId="394D2359" w14:textId="77777777" w:rsidR="00ED62CB" w:rsidRPr="00B414C5" w:rsidRDefault="00ED62CB" w:rsidP="00ED62CB">
      <w:pPr>
        <w:rPr>
          <w:rFonts w:asciiTheme="majorHAnsi" w:hAnsiTheme="majorHAnsi" w:cstheme="majorHAnsi"/>
        </w:rPr>
      </w:pPr>
    </w:p>
    <w:p w14:paraId="5840BB7A" w14:textId="28C18357" w:rsidR="00ED62CB" w:rsidRPr="00ED62CB" w:rsidRDefault="00ED62CB" w:rsidP="00ED62CB">
      <w:pPr>
        <w:rPr>
          <w:rFonts w:asciiTheme="majorHAnsi" w:hAnsiTheme="majorHAnsi" w:cstheme="majorHAnsi"/>
          <w:b/>
          <w:bCs/>
        </w:rPr>
      </w:pPr>
      <w:r w:rsidRPr="00ED62CB">
        <w:rPr>
          <w:rFonts w:asciiTheme="majorHAnsi" w:hAnsiTheme="majorHAnsi" w:cstheme="majorHAnsi"/>
          <w:b/>
          <w:bCs/>
        </w:rPr>
        <w:t>What's in it for them?</w:t>
      </w:r>
    </w:p>
    <w:p w14:paraId="50B1D818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2B71049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46651B93" w14:textId="640C8E09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Wie zijn je belangrijkste concurrenten in dit project?</w:t>
      </w:r>
    </w:p>
    <w:p w14:paraId="6BE52699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2FDFB197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Waarom nu? </w:t>
      </w:r>
    </w:p>
    <w:p w14:paraId="40657333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3ACC9DE" w14:textId="75B1C87E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Urgentie creëert actie. Wat moet het team echt weten over dit project?</w:t>
      </w:r>
    </w:p>
    <w:p w14:paraId="3C56954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E4A19D3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6C92597" w14:textId="60A969BB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Wat is de aanleiding? Wat ging eraan vooraf?</w:t>
      </w:r>
    </w:p>
    <w:p w14:paraId="7C7CB59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4FD9B4E0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DB3C075" w14:textId="5BCDAD42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Zijn er eerdere voorbeelden, concurrentiecases of moodboards beschikbaar?</w:t>
      </w:r>
    </w:p>
    <w:p w14:paraId="34FA451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60DF7E5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23EB47F5" w14:textId="3E7F50F1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br w:type="column"/>
      </w: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lastRenderedPageBreak/>
        <w:t xml:space="preserve">Wat zijn de randvoorwaarden en deliverables? </w:t>
      </w:r>
    </w:p>
    <w:p w14:paraId="0089D985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4345ACC" w14:textId="68C33FBE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I</w:t>
      </w:r>
      <w:r w:rsidRPr="00B414C5">
        <w:rPr>
          <w:rFonts w:asciiTheme="majorHAnsi" w:hAnsiTheme="majorHAnsi" w:cstheme="majorHAnsi"/>
          <w:b/>
          <w:bCs/>
          <w:lang w:val="nl-NL"/>
        </w:rPr>
        <w:t>s</w:t>
      </w:r>
      <w:r w:rsidRPr="00ED62CB">
        <w:rPr>
          <w:rFonts w:asciiTheme="majorHAnsi" w:hAnsiTheme="majorHAnsi" w:cstheme="majorHAnsi"/>
          <w:b/>
          <w:bCs/>
          <w:lang w:val="nl-NL"/>
        </w:rPr>
        <w:t xml:space="preserve"> de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tone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>-of-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voice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formeel of informeel? U of jij? </w:t>
      </w:r>
    </w:p>
    <w:p w14:paraId="04E3FD2D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D3ADFF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76DCB275" w14:textId="77777777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Wat zijn belangrijke cultuurelementen?</w:t>
      </w:r>
    </w:p>
    <w:p w14:paraId="0C0A738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061C55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10D5700" w14:textId="07FFEE33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Wat zijn de belangrijke stijlelementen als kleurgebruik, huisstijl en logo?</w:t>
      </w:r>
    </w:p>
    <w:p w14:paraId="178D0D59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23F634E2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47CF63FB" w14:textId="1945C07D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Zijn er technische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specs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waar we rekening mee moeten houden?</w:t>
      </w:r>
    </w:p>
    <w:p w14:paraId="331B0B5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151388B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7A3B6ADF" w14:textId="2F8F8E42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Welk beeldmateriaal is beschikbaar?</w:t>
      </w:r>
    </w:p>
    <w:p w14:paraId="6B6118C5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2A609904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47FF348" w14:textId="07001CE1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Moet er rekening gehouden worden met juridische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disclaimers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>/voorwaarden?</w:t>
      </w:r>
    </w:p>
    <w:p w14:paraId="26F1CF6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F7B1474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4BA4FE2D" w14:textId="25AFAC8B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Zijn er andere eisen of beperkingen?</w:t>
      </w:r>
    </w:p>
    <w:p w14:paraId="05D59405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13B7E934" w14:textId="0FCC9CAE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br w:type="column"/>
      </w: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lastRenderedPageBreak/>
        <w:t xml:space="preserve">Wat wil je zeggen? </w:t>
      </w:r>
    </w:p>
    <w:p w14:paraId="1771302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17A361A" w14:textId="16AD7514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Hou het bij één hoofdboodschap, je SMIM (Single Most Important Message)</w:t>
      </w:r>
    </w:p>
    <w:p w14:paraId="7477984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82B7D0D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87A3E7E" w14:textId="2B1AA4A8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Waarom juist bij jouw bedrijf? Waarom juist niet? Wat zijn de redenen om wel of niet tot actie over te gaan voor de klant?</w:t>
      </w:r>
    </w:p>
    <w:p w14:paraId="1A86C680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24BC2059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Wat is het budget? </w:t>
      </w:r>
    </w:p>
    <w:p w14:paraId="31EDD6F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031AF20" w14:textId="0A531F8B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Ja, zet hier een getal neer. Zonder grenzen geen focus.</w:t>
      </w:r>
    </w:p>
    <w:p w14:paraId="512BEDE2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847CE05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D1852B0" w14:textId="1D51DAE9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Wordt dit budget verdeeld over diverse onderdelen? Productie / media / inzet externen</w:t>
      </w:r>
    </w:p>
    <w:p w14:paraId="435F8B20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D4B4347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592911A3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Welke kanalen gebruik je? </w:t>
      </w:r>
    </w:p>
    <w:p w14:paraId="126DB87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796830B" w14:textId="154EFDDD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Welke kanalen worden ingezet (online / offline)</w:t>
      </w:r>
    </w:p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926"/>
        <w:gridCol w:w="2927"/>
        <w:gridCol w:w="2927"/>
      </w:tblGrid>
      <w:tr w:rsidR="00ED62CB" w:rsidRPr="00B414C5" w14:paraId="71AADF60" w14:textId="77777777" w:rsidTr="00BF21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2E2B4AF2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Kanaal</w:t>
            </w:r>
          </w:p>
        </w:tc>
        <w:tc>
          <w:tcPr>
            <w:tcW w:w="2927" w:type="dxa"/>
          </w:tcPr>
          <w:p w14:paraId="4DE70333" w14:textId="77777777" w:rsidR="00ED62CB" w:rsidRPr="00B414C5" w:rsidRDefault="00ED62CB" w:rsidP="00BF21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Kernboodschap</w:t>
            </w:r>
          </w:p>
        </w:tc>
        <w:tc>
          <w:tcPr>
            <w:tcW w:w="2927" w:type="dxa"/>
          </w:tcPr>
          <w:p w14:paraId="32729AD6" w14:textId="77777777" w:rsidR="00ED62CB" w:rsidRPr="00B414C5" w:rsidRDefault="00ED62CB" w:rsidP="00BF21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CTA</w:t>
            </w:r>
          </w:p>
        </w:tc>
      </w:tr>
      <w:tr w:rsidR="00ED62CB" w:rsidRPr="00B414C5" w14:paraId="1CBB2CFB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43486BB2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Website</w:t>
            </w:r>
          </w:p>
        </w:tc>
        <w:tc>
          <w:tcPr>
            <w:tcW w:w="2927" w:type="dxa"/>
          </w:tcPr>
          <w:p w14:paraId="4C587563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789C3C1D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6B6E32CA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53B96A2E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proofErr w:type="spellStart"/>
            <w:r w:rsidRPr="00B414C5">
              <w:rPr>
                <w:rFonts w:asciiTheme="majorHAnsi" w:hAnsiTheme="majorHAnsi" w:cstheme="majorHAnsi"/>
                <w:lang w:val="nl-NL"/>
              </w:rPr>
              <w:t>Social</w:t>
            </w:r>
            <w:proofErr w:type="spellEnd"/>
            <w:r w:rsidRPr="00B414C5">
              <w:rPr>
                <w:rFonts w:asciiTheme="majorHAnsi" w:hAnsiTheme="majorHAnsi" w:cstheme="majorHAnsi"/>
                <w:lang w:val="nl-NL"/>
              </w:rPr>
              <w:t xml:space="preserve"> Media</w:t>
            </w:r>
          </w:p>
        </w:tc>
        <w:tc>
          <w:tcPr>
            <w:tcW w:w="2927" w:type="dxa"/>
          </w:tcPr>
          <w:p w14:paraId="0B2B4E1E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17607B7D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40B50BBC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7D9F5B0D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E-mail</w:t>
            </w:r>
          </w:p>
        </w:tc>
        <w:tc>
          <w:tcPr>
            <w:tcW w:w="2927" w:type="dxa"/>
          </w:tcPr>
          <w:p w14:paraId="657502AC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54F4718D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192D4C96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7C8FF925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Print</w:t>
            </w:r>
          </w:p>
        </w:tc>
        <w:tc>
          <w:tcPr>
            <w:tcW w:w="2927" w:type="dxa"/>
          </w:tcPr>
          <w:p w14:paraId="3A55F614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0ECE3E00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56D6D864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79DFCE03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POS</w:t>
            </w:r>
          </w:p>
        </w:tc>
        <w:tc>
          <w:tcPr>
            <w:tcW w:w="2927" w:type="dxa"/>
          </w:tcPr>
          <w:p w14:paraId="19EF39C9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09888EB1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71EDC098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0B386819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Video</w:t>
            </w:r>
          </w:p>
        </w:tc>
        <w:tc>
          <w:tcPr>
            <w:tcW w:w="2927" w:type="dxa"/>
          </w:tcPr>
          <w:p w14:paraId="0DFE2C8D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6AFFC9CD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063C9DA1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490282A0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Event</w:t>
            </w:r>
          </w:p>
        </w:tc>
        <w:tc>
          <w:tcPr>
            <w:tcW w:w="2927" w:type="dxa"/>
          </w:tcPr>
          <w:p w14:paraId="005A1443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1AC8038B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51554945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5E77D8D7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…</w:t>
            </w:r>
          </w:p>
        </w:tc>
        <w:tc>
          <w:tcPr>
            <w:tcW w:w="2927" w:type="dxa"/>
          </w:tcPr>
          <w:p w14:paraId="36C6A884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7E3BA5D1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</w:tbl>
    <w:p w14:paraId="4FE8D02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  <w:r w:rsidRPr="00B414C5">
        <w:rPr>
          <w:rFonts w:asciiTheme="majorHAnsi" w:hAnsiTheme="majorHAnsi" w:cstheme="majorHAnsi"/>
          <w:lang w:val="nl-NL"/>
        </w:rPr>
        <w:br/>
      </w:r>
    </w:p>
    <w:p w14:paraId="1CD4545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674287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42DF4E6" w14:textId="18B58320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Welk medium is belangrijk voor deze uiting?</w:t>
      </w:r>
    </w:p>
    <w:p w14:paraId="2414708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22CED54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7218BBFF" w14:textId="3F2CBBC9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Welke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omnichannel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strategie zetten we in?</w:t>
      </w:r>
    </w:p>
    <w:p w14:paraId="1D7C36A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15A492C0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9F1186D" w14:textId="414881B3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Welke kanalen hebben impact op onze creatie?</w:t>
      </w:r>
    </w:p>
    <w:p w14:paraId="3294C752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7142F1ED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Wie is waarvoor verantwoordelijk? </w:t>
      </w:r>
    </w:p>
    <w:p w14:paraId="00B98889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047F341" w14:textId="2325EB1D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Maak één iemand projectleider. Leg taken helder vast</w:t>
      </w:r>
    </w:p>
    <w:p w14:paraId="6A06C22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0E624B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1EE3293" w14:textId="7C4CDA57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Wie doet wat? Wie is projectleider? Welke rol heeft het management? Wie is beslissingsbevoegd? Wie schrijft de teksten? </w:t>
      </w:r>
    </w:p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926"/>
        <w:gridCol w:w="2927"/>
        <w:gridCol w:w="2927"/>
      </w:tblGrid>
      <w:tr w:rsidR="00ED62CB" w:rsidRPr="00B414C5" w14:paraId="1AF52987" w14:textId="77777777" w:rsidTr="00BF21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0A17192F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Rol</w:t>
            </w:r>
          </w:p>
        </w:tc>
        <w:tc>
          <w:tcPr>
            <w:tcW w:w="2927" w:type="dxa"/>
          </w:tcPr>
          <w:p w14:paraId="332DC324" w14:textId="77777777" w:rsidR="00ED62CB" w:rsidRPr="00B414C5" w:rsidRDefault="00ED62CB" w:rsidP="00BF21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Naam</w:t>
            </w:r>
          </w:p>
        </w:tc>
        <w:tc>
          <w:tcPr>
            <w:tcW w:w="2927" w:type="dxa"/>
          </w:tcPr>
          <w:p w14:paraId="7DA41637" w14:textId="77777777" w:rsidR="00ED62CB" w:rsidRPr="00B414C5" w:rsidRDefault="00ED62CB" w:rsidP="00BF218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Verantwoordelijkheden</w:t>
            </w:r>
          </w:p>
        </w:tc>
      </w:tr>
      <w:tr w:rsidR="00ED62CB" w:rsidRPr="00B414C5" w14:paraId="67487F98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4A46E919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Opdrachtgever</w:t>
            </w:r>
          </w:p>
        </w:tc>
        <w:tc>
          <w:tcPr>
            <w:tcW w:w="2927" w:type="dxa"/>
          </w:tcPr>
          <w:p w14:paraId="1D6941BF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6A0BF1CF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4E281C2B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6353CB8C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Projectmanager</w:t>
            </w:r>
          </w:p>
        </w:tc>
        <w:tc>
          <w:tcPr>
            <w:tcW w:w="2927" w:type="dxa"/>
          </w:tcPr>
          <w:p w14:paraId="20B4B831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500AECB8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19F52FB1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73CD88D7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Designer / Creatief</w:t>
            </w:r>
          </w:p>
        </w:tc>
        <w:tc>
          <w:tcPr>
            <w:tcW w:w="2927" w:type="dxa"/>
          </w:tcPr>
          <w:p w14:paraId="2F079D89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52336D4E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79A9A00E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6E33516B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Copywriter</w:t>
            </w:r>
          </w:p>
        </w:tc>
        <w:tc>
          <w:tcPr>
            <w:tcW w:w="2927" w:type="dxa"/>
          </w:tcPr>
          <w:p w14:paraId="41C777F2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1C516558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176C0DBA" w14:textId="77777777" w:rsidTr="00BF21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7B6E3709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 xml:space="preserve">Media / </w:t>
            </w:r>
            <w:proofErr w:type="spellStart"/>
            <w:r w:rsidRPr="00B414C5">
              <w:rPr>
                <w:rFonts w:asciiTheme="majorHAnsi" w:hAnsiTheme="majorHAnsi" w:cstheme="majorHAnsi"/>
                <w:lang w:val="nl-NL"/>
              </w:rPr>
              <w:t>Trafic</w:t>
            </w:r>
            <w:proofErr w:type="spellEnd"/>
          </w:p>
        </w:tc>
        <w:tc>
          <w:tcPr>
            <w:tcW w:w="2927" w:type="dxa"/>
          </w:tcPr>
          <w:p w14:paraId="4E426182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63A3A133" w14:textId="77777777" w:rsidR="00ED62CB" w:rsidRPr="00B414C5" w:rsidRDefault="00ED62CB" w:rsidP="00BF2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  <w:tr w:rsidR="00ED62CB" w:rsidRPr="00B414C5" w14:paraId="744D75D7" w14:textId="77777777" w:rsidTr="00BF21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</w:tcPr>
          <w:p w14:paraId="27575723" w14:textId="77777777" w:rsidR="00ED62CB" w:rsidRPr="00B414C5" w:rsidRDefault="00ED62CB" w:rsidP="00BF218E">
            <w:pPr>
              <w:rPr>
                <w:rFonts w:asciiTheme="majorHAnsi" w:hAnsiTheme="majorHAnsi" w:cstheme="majorHAnsi"/>
                <w:lang w:val="nl-NL"/>
              </w:rPr>
            </w:pPr>
            <w:r w:rsidRPr="00B414C5">
              <w:rPr>
                <w:rFonts w:asciiTheme="majorHAnsi" w:hAnsiTheme="majorHAnsi" w:cstheme="majorHAnsi"/>
                <w:lang w:val="nl-NL"/>
              </w:rPr>
              <w:t>…</w:t>
            </w:r>
          </w:p>
        </w:tc>
        <w:tc>
          <w:tcPr>
            <w:tcW w:w="2927" w:type="dxa"/>
          </w:tcPr>
          <w:p w14:paraId="5CB6A6E4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  <w:tc>
          <w:tcPr>
            <w:tcW w:w="2927" w:type="dxa"/>
          </w:tcPr>
          <w:p w14:paraId="662D561D" w14:textId="77777777" w:rsidR="00ED62CB" w:rsidRPr="00B414C5" w:rsidRDefault="00ED62CB" w:rsidP="00BF2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lang w:val="nl-NL"/>
              </w:rPr>
            </w:pPr>
          </w:p>
        </w:tc>
      </w:tr>
    </w:tbl>
    <w:p w14:paraId="5AAEBB1B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D2551DB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205CDCEB" w14:textId="09715DBA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Welk bureau betrekken we? Hoe vrij is de rol van het bureau? </w:t>
      </w:r>
    </w:p>
    <w:p w14:paraId="60AA6D2A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5EDBE2E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14EA1FE" w14:textId="77777777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B414C5">
        <w:rPr>
          <w:rFonts w:asciiTheme="majorHAnsi" w:hAnsiTheme="majorHAnsi" w:cstheme="majorHAnsi"/>
          <w:b/>
          <w:bCs/>
          <w:lang w:val="nl-NL"/>
        </w:rPr>
        <w:br w:type="column"/>
      </w:r>
    </w:p>
    <w:p w14:paraId="2593EC94" w14:textId="49E7810D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Wie geeft akkoord op het concept, het budget, de uitvoering, de livegang?</w:t>
      </w:r>
    </w:p>
    <w:p w14:paraId="21C5009E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36BF65F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6E7AF00" w14:textId="1DB56838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Binnen de projectgroep moet er goed worden samengewerkt en gecommuniceerd.</w:t>
      </w:r>
    </w:p>
    <w:p w14:paraId="312ED67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3A3DD3D9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7131668B" w14:textId="77777777" w:rsidR="00ED62CB" w:rsidRPr="003964D7" w:rsidRDefault="00ED62CB" w:rsidP="00ED62CB">
      <w:pPr>
        <w:pStyle w:val="Heading2"/>
        <w:rPr>
          <w:rFonts w:cstheme="majorHAnsi"/>
          <w:color w:val="E36C0A" w:themeColor="accent6" w:themeShade="BF"/>
          <w:sz w:val="30"/>
          <w:szCs w:val="30"/>
          <w:lang w:val="nl-NL"/>
        </w:rPr>
      </w:pPr>
      <w:r w:rsidRPr="003964D7">
        <w:rPr>
          <w:rFonts w:cstheme="majorHAnsi"/>
          <w:color w:val="E36C0A" w:themeColor="accent6" w:themeShade="BF"/>
          <w:sz w:val="30"/>
          <w:szCs w:val="30"/>
          <w:lang w:val="nl-NL"/>
        </w:rPr>
        <w:t xml:space="preserve">Wat is de deadline &amp; evaluatie? </w:t>
      </w:r>
    </w:p>
    <w:p w14:paraId="45E07F20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F37D0A5" w14:textId="6336BC3E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Hoe ziet de planning eruit? Wat zijn de deadlines? </w:t>
      </w:r>
    </w:p>
    <w:p w14:paraId="6893EB5A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05AB3152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6B4BFE04" w14:textId="0DB8CD5D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Zijn er belangrijke tussenmomenten / feedbackrondes</w:t>
      </w:r>
    </w:p>
    <w:p w14:paraId="0D526FC2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1D1BD16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5F66FB71" w14:textId="77777777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Wanneer gaat de uiting van start? Wanneer zijn we klaar?</w:t>
      </w:r>
    </w:p>
    <w:p w14:paraId="18670EA3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2AE33321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4A9ED429" w14:textId="15C366F0" w:rsidR="00ED62CB" w:rsidRPr="00B414C5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 xml:space="preserve">Hoe meet je of het project succesvol is geweest? Welke </w:t>
      </w:r>
      <w:proofErr w:type="spellStart"/>
      <w:r w:rsidRPr="00ED62CB">
        <w:rPr>
          <w:rFonts w:asciiTheme="majorHAnsi" w:hAnsiTheme="majorHAnsi" w:cstheme="majorHAnsi"/>
          <w:b/>
          <w:bCs/>
          <w:lang w:val="nl-NL"/>
        </w:rPr>
        <w:t>KPI's</w:t>
      </w:r>
      <w:proofErr w:type="spellEnd"/>
      <w:r w:rsidRPr="00ED62CB">
        <w:rPr>
          <w:rFonts w:asciiTheme="majorHAnsi" w:hAnsiTheme="majorHAnsi" w:cstheme="majorHAnsi"/>
          <w:b/>
          <w:bCs/>
          <w:lang w:val="nl-NL"/>
        </w:rPr>
        <w:t xml:space="preserve"> of benchmarks zijn er beschikbaar</w:t>
      </w:r>
      <w:r w:rsidRPr="00B414C5">
        <w:rPr>
          <w:rFonts w:asciiTheme="majorHAnsi" w:hAnsiTheme="majorHAnsi" w:cstheme="majorHAnsi"/>
          <w:b/>
          <w:bCs/>
          <w:lang w:val="nl-NL"/>
        </w:rPr>
        <w:t>?</w:t>
      </w:r>
    </w:p>
    <w:p w14:paraId="106F37FC" w14:textId="77777777" w:rsidR="00ED62CB" w:rsidRPr="00B414C5" w:rsidRDefault="00ED62CB" w:rsidP="00ED62CB">
      <w:pPr>
        <w:rPr>
          <w:rFonts w:asciiTheme="majorHAnsi" w:hAnsiTheme="majorHAnsi" w:cstheme="majorHAnsi"/>
          <w:lang w:val="nl-NL"/>
        </w:rPr>
      </w:pPr>
    </w:p>
    <w:p w14:paraId="273C49C5" w14:textId="77777777" w:rsidR="00ED62CB" w:rsidRPr="00ED62CB" w:rsidRDefault="00ED62CB" w:rsidP="00ED62CB">
      <w:pPr>
        <w:rPr>
          <w:rFonts w:asciiTheme="majorHAnsi" w:hAnsiTheme="majorHAnsi" w:cstheme="majorHAnsi"/>
          <w:lang w:val="nl-NL"/>
        </w:rPr>
      </w:pPr>
    </w:p>
    <w:p w14:paraId="4A3E080E" w14:textId="52490BDF" w:rsidR="00ED62CB" w:rsidRPr="00ED62CB" w:rsidRDefault="00ED62CB" w:rsidP="00ED62CB">
      <w:pPr>
        <w:rPr>
          <w:rFonts w:asciiTheme="majorHAnsi" w:hAnsiTheme="majorHAnsi" w:cstheme="majorHAnsi"/>
          <w:b/>
          <w:bCs/>
          <w:lang w:val="nl-NL"/>
        </w:rPr>
      </w:pPr>
      <w:r w:rsidRPr="00ED62CB">
        <w:rPr>
          <w:rFonts w:asciiTheme="majorHAnsi" w:hAnsiTheme="majorHAnsi" w:cstheme="majorHAnsi"/>
          <w:b/>
          <w:bCs/>
          <w:lang w:val="nl-NL"/>
        </w:rPr>
        <w:t>Wanneer gaan we evalueren?</w:t>
      </w:r>
    </w:p>
    <w:p w14:paraId="1340C261" w14:textId="77777777" w:rsidR="00ED62CB" w:rsidRPr="00B414C5" w:rsidRDefault="00ED62CB">
      <w:pPr>
        <w:rPr>
          <w:rFonts w:asciiTheme="majorHAnsi" w:hAnsiTheme="majorHAnsi" w:cstheme="majorHAnsi"/>
          <w:lang w:val="nl-NL"/>
        </w:rPr>
      </w:pPr>
    </w:p>
    <w:sectPr w:rsidR="00ED62CB" w:rsidRPr="00B414C5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F3FD4" w14:textId="77777777" w:rsidR="00E70549" w:rsidRDefault="00E70549" w:rsidP="00697646">
      <w:pPr>
        <w:spacing w:after="0" w:line="240" w:lineRule="auto"/>
      </w:pPr>
      <w:r>
        <w:separator/>
      </w:r>
    </w:p>
  </w:endnote>
  <w:endnote w:type="continuationSeparator" w:id="0">
    <w:p w14:paraId="09C8B634" w14:textId="77777777" w:rsidR="00E70549" w:rsidRDefault="00E70549" w:rsidP="00697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9EF541" w14:textId="77777777" w:rsidR="00E70549" w:rsidRDefault="00E70549" w:rsidP="00697646">
      <w:pPr>
        <w:spacing w:after="0" w:line="240" w:lineRule="auto"/>
      </w:pPr>
      <w:r>
        <w:separator/>
      </w:r>
    </w:p>
  </w:footnote>
  <w:footnote w:type="continuationSeparator" w:id="0">
    <w:p w14:paraId="2AF8C306" w14:textId="77777777" w:rsidR="00E70549" w:rsidRDefault="00E70549" w:rsidP="00697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606EE" w14:textId="05F7CFAE" w:rsidR="00697646" w:rsidRDefault="00697646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EE70681" wp14:editId="2F19DDFF">
          <wp:simplePos x="0" y="0"/>
          <wp:positionH relativeFrom="column">
            <wp:posOffset>2209800</wp:posOffset>
          </wp:positionH>
          <wp:positionV relativeFrom="paragraph">
            <wp:posOffset>-171450</wp:posOffset>
          </wp:positionV>
          <wp:extent cx="1536281" cy="550175"/>
          <wp:effectExtent l="0" t="0" r="6985" b="2540"/>
          <wp:wrapNone/>
          <wp:docPr id="1" name="Picture 1" descr="A black and orang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and orang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6281" cy="55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CAF6C0A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6F9039A"/>
    <w:multiLevelType w:val="multilevel"/>
    <w:tmpl w:val="A7F87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0531570">
    <w:abstractNumId w:val="8"/>
  </w:num>
  <w:num w:numId="2" w16cid:durableId="1701858876">
    <w:abstractNumId w:val="6"/>
  </w:num>
  <w:num w:numId="3" w16cid:durableId="1585263498">
    <w:abstractNumId w:val="5"/>
  </w:num>
  <w:num w:numId="4" w16cid:durableId="1947813248">
    <w:abstractNumId w:val="4"/>
  </w:num>
  <w:num w:numId="5" w16cid:durableId="913665768">
    <w:abstractNumId w:val="7"/>
  </w:num>
  <w:num w:numId="6" w16cid:durableId="210846161">
    <w:abstractNumId w:val="3"/>
  </w:num>
  <w:num w:numId="7" w16cid:durableId="944118891">
    <w:abstractNumId w:val="2"/>
  </w:num>
  <w:num w:numId="8" w16cid:durableId="1032149803">
    <w:abstractNumId w:val="1"/>
  </w:num>
  <w:num w:numId="9" w16cid:durableId="1096051389">
    <w:abstractNumId w:val="0"/>
  </w:num>
  <w:num w:numId="10" w16cid:durableId="151880597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946EF"/>
    <w:rsid w:val="001A5A0C"/>
    <w:rsid w:val="0029639D"/>
    <w:rsid w:val="002B4D8D"/>
    <w:rsid w:val="00326F90"/>
    <w:rsid w:val="003964D7"/>
    <w:rsid w:val="004725C2"/>
    <w:rsid w:val="004F281B"/>
    <w:rsid w:val="00697646"/>
    <w:rsid w:val="008E2645"/>
    <w:rsid w:val="00AA1D8D"/>
    <w:rsid w:val="00B414C5"/>
    <w:rsid w:val="00B47730"/>
    <w:rsid w:val="00CB0664"/>
    <w:rsid w:val="00D0016C"/>
    <w:rsid w:val="00E70549"/>
    <w:rsid w:val="00ED62CB"/>
    <w:rsid w:val="00F7226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302C9E"/>
  <w14:defaultImageDpi w14:val="300"/>
  <w15:docId w15:val="{2D35180C-8AEF-4047-80CD-961B01F99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5Dark-Accent6">
    <w:name w:val="Grid Table 5 Dark Accent 6"/>
    <w:basedOn w:val="TableNormal"/>
    <w:uiPriority w:val="50"/>
    <w:rsid w:val="001946E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93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9ada561-2b20-4c26-aa78-2c7febc85aeb}" enabled="1" method="Privileged" siteId="{a3d8ee64-5870-4a44-855c-f0243b708d75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467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Yska, Age</cp:lastModifiedBy>
  <cp:revision>5</cp:revision>
  <dcterms:created xsi:type="dcterms:W3CDTF">2013-12-23T23:15:00Z</dcterms:created>
  <dcterms:modified xsi:type="dcterms:W3CDTF">2025-06-04T16:25:00Z</dcterms:modified>
  <cp:category/>
</cp:coreProperties>
</file>